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713"/>
      </w:tblGrid>
      <w:tr w:rsidR="003337B7" w:rsidRPr="00F176F7" w14:paraId="33451790" w14:textId="77777777" w:rsidTr="003337B7">
        <w:tc>
          <w:tcPr>
            <w:tcW w:w="4248" w:type="dxa"/>
          </w:tcPr>
          <w:p w14:paraId="56A474AC" w14:textId="6F6CA8BC" w:rsidR="003337B7" w:rsidRPr="00F176F7" w:rsidRDefault="003337B7" w:rsidP="003337B7">
            <w:pPr>
              <w:jc w:val="center"/>
              <w:rPr>
                <w:rFonts w:cs="Times New Roman"/>
                <w:b/>
                <w:szCs w:val="26"/>
              </w:rPr>
            </w:pPr>
            <w:r w:rsidRPr="00F176F7">
              <w:rPr>
                <w:rFonts w:cs="Times New Roman"/>
                <w:b/>
                <w:szCs w:val="26"/>
              </w:rPr>
              <w:t xml:space="preserve">TRUNG TÂM NGOẠI NGỮ </w:t>
            </w:r>
            <w:r w:rsidR="00F22A27">
              <w:rPr>
                <w:rFonts w:cs="Times New Roman"/>
                <w:b/>
                <w:szCs w:val="26"/>
              </w:rPr>
              <w:t>VIETSUN</w:t>
            </w:r>
          </w:p>
        </w:tc>
        <w:tc>
          <w:tcPr>
            <w:tcW w:w="5713" w:type="dxa"/>
          </w:tcPr>
          <w:p w14:paraId="7E1CD5DA" w14:textId="77777777" w:rsidR="003337B7" w:rsidRPr="00F176F7" w:rsidRDefault="003337B7" w:rsidP="003337B7">
            <w:pPr>
              <w:jc w:val="center"/>
              <w:rPr>
                <w:rFonts w:cs="Times New Roman"/>
                <w:b/>
                <w:szCs w:val="26"/>
              </w:rPr>
            </w:pPr>
            <w:r w:rsidRPr="00F176F7">
              <w:rPr>
                <w:rFonts w:cs="Times New Roman"/>
                <w:b/>
                <w:szCs w:val="26"/>
              </w:rPr>
              <w:t>CỘNG HÒA XÃ HỘI CHỦ NGHĨA VIỆT NAM</w:t>
            </w:r>
          </w:p>
        </w:tc>
      </w:tr>
      <w:tr w:rsidR="003337B7" w:rsidRPr="00F176F7" w14:paraId="6F1391C4" w14:textId="77777777" w:rsidTr="003337B7">
        <w:tc>
          <w:tcPr>
            <w:tcW w:w="4248" w:type="dxa"/>
          </w:tcPr>
          <w:p w14:paraId="7CA5C374" w14:textId="30F9FFF2" w:rsidR="003337B7" w:rsidRPr="00F176F7" w:rsidRDefault="003337B7" w:rsidP="003337B7">
            <w:pPr>
              <w:jc w:val="center"/>
              <w:rPr>
                <w:rFonts w:cs="Times New Roman"/>
                <w:b/>
                <w:szCs w:val="26"/>
              </w:rPr>
            </w:pPr>
          </w:p>
        </w:tc>
        <w:tc>
          <w:tcPr>
            <w:tcW w:w="5713" w:type="dxa"/>
          </w:tcPr>
          <w:p w14:paraId="7E4838AA" w14:textId="3B2ADACC" w:rsidR="003337B7" w:rsidRPr="00F176F7" w:rsidRDefault="00987F5A" w:rsidP="003337B7">
            <w:pPr>
              <w:tabs>
                <w:tab w:val="left" w:pos="435"/>
                <w:tab w:val="center" w:pos="4702"/>
              </w:tabs>
              <w:jc w:val="center"/>
              <w:rPr>
                <w:rFonts w:cs="Times New Roman"/>
                <w:szCs w:val="26"/>
              </w:rPr>
            </w:pPr>
            <w:r w:rsidRPr="00F176F7">
              <w:rPr>
                <w:rFonts w:cs="Times New Roman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0AD59F" wp14:editId="0768BA5F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161925</wp:posOffset>
                      </wp:positionV>
                      <wp:extent cx="1697990" cy="0"/>
                      <wp:effectExtent l="38100" t="38100" r="73660" b="952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799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15AE918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3pt,12.75pt" to="206.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" strokecolor="black [3200]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3337B7" w:rsidRPr="00F176F7">
              <w:rPr>
                <w:rFonts w:cs="Times New Roman"/>
                <w:b/>
                <w:szCs w:val="26"/>
              </w:rPr>
              <w:t>Độc lập – Tự do – Hạnh phúc</w:t>
            </w:r>
          </w:p>
          <w:p w14:paraId="33B2D7F5" w14:textId="54CF98EF" w:rsidR="003337B7" w:rsidRPr="00F176F7" w:rsidRDefault="003337B7" w:rsidP="003337B7">
            <w:pPr>
              <w:jc w:val="center"/>
              <w:rPr>
                <w:rFonts w:cs="Times New Roman"/>
                <w:b/>
                <w:szCs w:val="26"/>
              </w:rPr>
            </w:pPr>
          </w:p>
        </w:tc>
      </w:tr>
      <w:tr w:rsidR="003337B7" w:rsidRPr="00F176F7" w14:paraId="27211000" w14:textId="77777777" w:rsidTr="003337B7">
        <w:tc>
          <w:tcPr>
            <w:tcW w:w="4248" w:type="dxa"/>
          </w:tcPr>
          <w:p w14:paraId="5CCBFC25" w14:textId="77777777" w:rsidR="003337B7" w:rsidRPr="00F176F7" w:rsidRDefault="003337B7" w:rsidP="00E21D31">
            <w:pPr>
              <w:rPr>
                <w:rFonts w:cs="Times New Roman"/>
                <w:szCs w:val="26"/>
              </w:rPr>
            </w:pPr>
          </w:p>
        </w:tc>
        <w:tc>
          <w:tcPr>
            <w:tcW w:w="5713" w:type="dxa"/>
          </w:tcPr>
          <w:p w14:paraId="1894FFAB" w14:textId="384DAC5D" w:rsidR="003337B7" w:rsidRPr="00F176F7" w:rsidRDefault="003337B7" w:rsidP="00F176F7">
            <w:pPr>
              <w:tabs>
                <w:tab w:val="left" w:pos="435"/>
                <w:tab w:val="center" w:pos="4702"/>
              </w:tabs>
              <w:jc w:val="center"/>
              <w:rPr>
                <w:rFonts w:cs="Times New Roman"/>
                <w:b/>
                <w:szCs w:val="26"/>
              </w:rPr>
            </w:pPr>
            <w:r w:rsidRPr="00F176F7">
              <w:rPr>
                <w:rFonts w:cs="Times New Roman"/>
                <w:i/>
                <w:szCs w:val="26"/>
              </w:rPr>
              <w:t>Q</w:t>
            </w:r>
            <w:r w:rsidR="00F22A27">
              <w:rPr>
                <w:rFonts w:cs="Times New Roman"/>
                <w:i/>
                <w:szCs w:val="26"/>
              </w:rPr>
              <w:t>uang Hanh</w:t>
            </w:r>
            <w:r w:rsidR="00F176F7">
              <w:rPr>
                <w:rFonts w:cs="Times New Roman"/>
                <w:i/>
                <w:szCs w:val="26"/>
              </w:rPr>
              <w:t xml:space="preserve">, ngày 24 tháng 08 </w:t>
            </w:r>
            <w:r w:rsidRPr="00F176F7">
              <w:rPr>
                <w:rFonts w:cs="Times New Roman"/>
                <w:i/>
                <w:szCs w:val="26"/>
              </w:rPr>
              <w:t>năm 2025</w:t>
            </w:r>
          </w:p>
        </w:tc>
      </w:tr>
    </w:tbl>
    <w:p w14:paraId="3A6F916A" w14:textId="77777777" w:rsidR="00F176F7" w:rsidRPr="00F176F7" w:rsidRDefault="00F176F7">
      <w:pPr>
        <w:jc w:val="center"/>
        <w:rPr>
          <w:rFonts w:cs="Times New Roman"/>
          <w:b/>
          <w:szCs w:val="26"/>
        </w:rPr>
      </w:pPr>
    </w:p>
    <w:p w14:paraId="652A58F0" w14:textId="77777777" w:rsidR="00F176F7" w:rsidRPr="00F176F7" w:rsidRDefault="00F176F7" w:rsidP="00F176F7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F176F7">
        <w:rPr>
          <w:rFonts w:ascii="Times New Roman" w:hAnsi="Times New Roman" w:cs="Times New Roman"/>
          <w:color w:val="auto"/>
          <w:sz w:val="26"/>
          <w:szCs w:val="26"/>
        </w:rPr>
        <w:t>BIÊN BẢN KIỂM KÊ TÀI SẢN</w:t>
      </w:r>
    </w:p>
    <w:p w14:paraId="24A2C954" w14:textId="77777777" w:rsidR="00F176F7" w:rsidRPr="00F176F7" w:rsidRDefault="00F176F7" w:rsidP="00F176F7">
      <w:pPr>
        <w:rPr>
          <w:rFonts w:cs="Times New Roman"/>
          <w:szCs w:val="26"/>
        </w:rPr>
      </w:pPr>
    </w:p>
    <w:p w14:paraId="141262B3" w14:textId="5FB25BE5" w:rsidR="00F176F7" w:rsidRPr="00F176F7" w:rsidRDefault="00F176F7" w:rsidP="00F176F7">
      <w:pPr>
        <w:rPr>
          <w:rFonts w:cs="Times New Roman"/>
          <w:szCs w:val="26"/>
        </w:rPr>
      </w:pPr>
      <w:r w:rsidRPr="00F176F7">
        <w:rPr>
          <w:rFonts w:cs="Times New Roman"/>
          <w:szCs w:val="26"/>
        </w:rPr>
        <w:t xml:space="preserve">    Hôm nay, vào lúc </w:t>
      </w:r>
      <w:r w:rsidR="0027309E">
        <w:rPr>
          <w:rFonts w:cs="Times New Roman"/>
          <w:szCs w:val="26"/>
        </w:rPr>
        <w:t>09</w:t>
      </w:r>
      <w:r w:rsidRPr="00F176F7">
        <w:rPr>
          <w:rFonts w:cs="Times New Roman"/>
          <w:szCs w:val="26"/>
        </w:rPr>
        <w:t xml:space="preserve"> giờ </w:t>
      </w:r>
      <w:r w:rsidR="0027309E">
        <w:rPr>
          <w:rFonts w:cs="Times New Roman"/>
          <w:szCs w:val="26"/>
        </w:rPr>
        <w:t>30’</w:t>
      </w:r>
      <w:r w:rsidRPr="00F176F7">
        <w:rPr>
          <w:rFonts w:cs="Times New Roman"/>
          <w:szCs w:val="26"/>
        </w:rPr>
        <w:t xml:space="preserve">, ngày </w:t>
      </w:r>
      <w:r w:rsidR="0027309E">
        <w:rPr>
          <w:rFonts w:cs="Times New Roman"/>
          <w:szCs w:val="26"/>
        </w:rPr>
        <w:t>10</w:t>
      </w:r>
      <w:r w:rsidRPr="00F176F7">
        <w:rPr>
          <w:rFonts w:cs="Times New Roman"/>
          <w:szCs w:val="26"/>
        </w:rPr>
        <w:t xml:space="preserve"> tháng </w:t>
      </w:r>
      <w:r w:rsidR="0027309E">
        <w:rPr>
          <w:rFonts w:cs="Times New Roman"/>
          <w:szCs w:val="26"/>
        </w:rPr>
        <w:t>8</w:t>
      </w:r>
      <w:r w:rsidRPr="00F176F7">
        <w:rPr>
          <w:rFonts w:cs="Times New Roman"/>
          <w:szCs w:val="26"/>
        </w:rPr>
        <w:t xml:space="preserve"> năm 2025, tại Trung tâm Ngoại ngữ </w:t>
      </w:r>
      <w:r w:rsidR="00F22A27">
        <w:rPr>
          <w:rFonts w:cs="Times New Roman"/>
          <w:szCs w:val="26"/>
        </w:rPr>
        <w:t>Vietsun</w:t>
      </w:r>
      <w:r w:rsidRPr="00F176F7">
        <w:rPr>
          <w:rFonts w:cs="Times New Roman"/>
          <w:szCs w:val="26"/>
        </w:rPr>
        <w:t>, chúng tôi gồm có:</w:t>
      </w:r>
    </w:p>
    <w:p w14:paraId="206135EF" w14:textId="77777777" w:rsidR="00F176F7" w:rsidRPr="00F176F7" w:rsidRDefault="00F176F7" w:rsidP="00F176F7">
      <w:pPr>
        <w:pStyle w:val="Heading2"/>
        <w:rPr>
          <w:rFonts w:ascii="Times New Roman" w:hAnsi="Times New Roman" w:cs="Times New Roman"/>
          <w:color w:val="auto"/>
        </w:rPr>
      </w:pPr>
      <w:r w:rsidRPr="00F176F7">
        <w:rPr>
          <w:rFonts w:ascii="Times New Roman" w:hAnsi="Times New Roman" w:cs="Times New Roman"/>
          <w:color w:val="auto"/>
        </w:rPr>
        <w:t>I. THÀNH PHẦN THAM DỰ</w:t>
      </w:r>
    </w:p>
    <w:p w14:paraId="4C5EE18C" w14:textId="3A63BC34" w:rsidR="00F176F7" w:rsidRPr="00F176F7" w:rsidRDefault="00F176F7" w:rsidP="00F176F7">
      <w:pPr>
        <w:rPr>
          <w:rFonts w:cs="Times New Roman"/>
          <w:szCs w:val="26"/>
        </w:rPr>
      </w:pPr>
      <w:r w:rsidRPr="00F176F7">
        <w:rPr>
          <w:rFonts w:cs="Times New Roman"/>
          <w:szCs w:val="26"/>
        </w:rPr>
        <w:t xml:space="preserve">1. Bà: </w:t>
      </w:r>
      <w:r w:rsidR="0027309E">
        <w:rPr>
          <w:rFonts w:cs="Times New Roman"/>
          <w:szCs w:val="26"/>
        </w:rPr>
        <w:t>Trương Thị Quỳnh Mơ</w:t>
      </w:r>
      <w:r w:rsidRPr="00F176F7">
        <w:rPr>
          <w:rFonts w:cs="Times New Roman"/>
          <w:szCs w:val="26"/>
        </w:rPr>
        <w:t>– Giám đốc Trung tâm – Trưởng ban kiểm kê</w:t>
      </w:r>
    </w:p>
    <w:p w14:paraId="6EFF9BE3" w14:textId="1321FB1C" w:rsidR="00F176F7" w:rsidRPr="00F176F7" w:rsidRDefault="00F176F7" w:rsidP="00F176F7">
      <w:pPr>
        <w:rPr>
          <w:rFonts w:cs="Times New Roman"/>
          <w:szCs w:val="26"/>
        </w:rPr>
      </w:pPr>
      <w:r w:rsidRPr="00F176F7">
        <w:rPr>
          <w:rFonts w:cs="Times New Roman"/>
          <w:szCs w:val="26"/>
        </w:rPr>
        <w:t xml:space="preserve">2. Bà: </w:t>
      </w:r>
      <w:r w:rsidR="0027309E">
        <w:rPr>
          <w:rFonts w:cs="Times New Roman"/>
          <w:szCs w:val="26"/>
        </w:rPr>
        <w:t>Hoàng Thị Luyến</w:t>
      </w:r>
      <w:r w:rsidRPr="00F176F7">
        <w:rPr>
          <w:rFonts w:cs="Times New Roman"/>
          <w:szCs w:val="26"/>
        </w:rPr>
        <w:t xml:space="preserve"> – </w:t>
      </w:r>
      <w:r w:rsidR="0027309E">
        <w:rPr>
          <w:rFonts w:cs="Times New Roman"/>
          <w:szCs w:val="26"/>
        </w:rPr>
        <w:t>Phó giám đóc Trung t</w:t>
      </w:r>
      <w:r w:rsidRPr="00F176F7">
        <w:rPr>
          <w:rFonts w:cs="Times New Roman"/>
          <w:szCs w:val="26"/>
        </w:rPr>
        <w:t>âm – Thành viên</w:t>
      </w:r>
    </w:p>
    <w:p w14:paraId="5F0C401C" w14:textId="0F7A774A" w:rsidR="00F176F7" w:rsidRPr="00F176F7" w:rsidRDefault="00F176F7" w:rsidP="00F176F7">
      <w:pPr>
        <w:rPr>
          <w:rFonts w:cs="Times New Roman"/>
          <w:szCs w:val="26"/>
        </w:rPr>
      </w:pPr>
      <w:r w:rsidRPr="00F176F7">
        <w:rPr>
          <w:rFonts w:cs="Times New Roman"/>
          <w:szCs w:val="26"/>
        </w:rPr>
        <w:t xml:space="preserve">3. Bà: </w:t>
      </w:r>
      <w:r w:rsidR="0027309E">
        <w:rPr>
          <w:rFonts w:cs="Times New Roman"/>
          <w:szCs w:val="26"/>
        </w:rPr>
        <w:t>Niềm Thu Hường</w:t>
      </w:r>
      <w:r w:rsidRPr="00F176F7">
        <w:rPr>
          <w:rFonts w:cs="Times New Roman"/>
          <w:szCs w:val="26"/>
        </w:rPr>
        <w:t xml:space="preserve"> – Đại diện bộ phận hành chính – Thành viên</w:t>
      </w:r>
    </w:p>
    <w:p w14:paraId="4C7884F3" w14:textId="77777777" w:rsidR="00F176F7" w:rsidRPr="00F176F7" w:rsidRDefault="00F176F7" w:rsidP="00F176F7">
      <w:pPr>
        <w:pStyle w:val="Heading2"/>
        <w:rPr>
          <w:rFonts w:ascii="Times New Roman" w:hAnsi="Times New Roman" w:cs="Times New Roman"/>
          <w:color w:val="auto"/>
        </w:rPr>
      </w:pPr>
      <w:r w:rsidRPr="00F176F7">
        <w:rPr>
          <w:rFonts w:ascii="Times New Roman" w:hAnsi="Times New Roman" w:cs="Times New Roman"/>
          <w:color w:val="auto"/>
        </w:rPr>
        <w:t>II. NỘI DUNG KIỂM KÊ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709"/>
        <w:gridCol w:w="3726"/>
        <w:gridCol w:w="879"/>
        <w:gridCol w:w="1326"/>
        <w:gridCol w:w="992"/>
        <w:gridCol w:w="2088"/>
      </w:tblGrid>
      <w:tr w:rsidR="00F176F7" w:rsidRPr="00F176F7" w14:paraId="5D22212A" w14:textId="77777777" w:rsidTr="00357198">
        <w:trPr>
          <w:trHeight w:val="675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3724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STT</w:t>
            </w:r>
          </w:p>
        </w:tc>
        <w:tc>
          <w:tcPr>
            <w:tcW w:w="37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4A40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Hạng mục cơ sở vật chất</w:t>
            </w:r>
          </w:p>
        </w:tc>
        <w:tc>
          <w:tcPr>
            <w:tcW w:w="87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61D9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 xml:space="preserve">Số lượng </w:t>
            </w:r>
          </w:p>
        </w:tc>
        <w:tc>
          <w:tcPr>
            <w:tcW w:w="132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B18D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 xml:space="preserve">  Đơn vị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4165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Tình trạng</w:t>
            </w:r>
          </w:p>
        </w:tc>
        <w:tc>
          <w:tcPr>
            <w:tcW w:w="208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358AFE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Ghi chú</w:t>
            </w:r>
          </w:p>
        </w:tc>
      </w:tr>
      <w:tr w:rsidR="00F176F7" w:rsidRPr="00F176F7" w14:paraId="3E6EB3EC" w14:textId="77777777" w:rsidTr="00D07F29">
        <w:trPr>
          <w:trHeight w:val="420"/>
        </w:trPr>
        <w:tc>
          <w:tcPr>
            <w:tcW w:w="9720" w:type="dxa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15F41DF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 xml:space="preserve">PHÒNG HỌC VÀ PHÒNG CHỨC NĂNG </w:t>
            </w:r>
          </w:p>
        </w:tc>
      </w:tr>
      <w:tr w:rsidR="00F176F7" w:rsidRPr="00F176F7" w14:paraId="104FE51D" w14:textId="77777777" w:rsidTr="00357198">
        <w:trPr>
          <w:trHeight w:val="37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2925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4F86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Phòng học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B4C7" w14:textId="13521DCB" w:rsidR="00F176F7" w:rsidRPr="00352B8D" w:rsidRDefault="00F22A2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FBC0" w14:textId="5E3C6531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20m2</w:t>
            </w:r>
            <w:r w:rsidR="004F4985">
              <w:rPr>
                <w:rFonts w:eastAsia="Times New Roman" w:cs="Times New Roman"/>
                <w:szCs w:val="26"/>
              </w:rPr>
              <w:t>- 25m2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DD34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="00F176F7"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DACF50" w14:textId="520CA56B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F176F7" w:rsidRPr="00F176F7" w14:paraId="5EFE9D1C" w14:textId="77777777" w:rsidTr="00357198">
        <w:trPr>
          <w:trHeight w:val="37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5416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C5EE" w14:textId="495E9DCD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Phòng làm việc (</w:t>
            </w:r>
            <w:r w:rsidR="00357198">
              <w:rPr>
                <w:rFonts w:eastAsia="Times New Roman" w:cs="Times New Roman"/>
                <w:szCs w:val="26"/>
              </w:rPr>
              <w:t>v</w:t>
            </w:r>
            <w:r w:rsidRPr="00352B8D">
              <w:rPr>
                <w:rFonts w:eastAsia="Times New Roman" w:cs="Times New Roman"/>
                <w:szCs w:val="26"/>
              </w:rPr>
              <w:t>ăn phòng)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118D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431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30m2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70CC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E623F6" w14:textId="7F09A266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F176F7" w:rsidRPr="00F176F7" w14:paraId="47BB2CC5" w14:textId="77777777" w:rsidTr="00357198">
        <w:trPr>
          <w:trHeight w:val="37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280A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04EA" w14:textId="08E807F4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Phòng họp/</w:t>
            </w:r>
            <w:r w:rsidR="00357198">
              <w:rPr>
                <w:rFonts w:eastAsia="Times New Roman" w:cs="Times New Roman"/>
                <w:szCs w:val="26"/>
              </w:rPr>
              <w:t>p</w:t>
            </w:r>
            <w:r w:rsidRPr="00352B8D">
              <w:rPr>
                <w:rFonts w:eastAsia="Times New Roman" w:cs="Times New Roman"/>
                <w:szCs w:val="26"/>
              </w:rPr>
              <w:t>hòng sinh hoạt chung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5375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902A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18m2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5AE0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E3FF04" w14:textId="00B384C8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F176F7" w:rsidRPr="00F176F7" w14:paraId="1F5F3A62" w14:textId="77777777" w:rsidTr="00357198">
        <w:trPr>
          <w:trHeight w:val="375"/>
        </w:trPr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6631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4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63D5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Thư viện/Tủ sách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A9F0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2192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Tủ sách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BF86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7C3739" w14:textId="1BE0536C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</w:p>
        </w:tc>
      </w:tr>
      <w:tr w:rsidR="00F176F7" w:rsidRPr="00F176F7" w14:paraId="3E47C407" w14:textId="77777777" w:rsidTr="00D07F29">
        <w:trPr>
          <w:trHeight w:val="465"/>
        </w:trPr>
        <w:tc>
          <w:tcPr>
            <w:tcW w:w="9720" w:type="dxa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34F8FAE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 xml:space="preserve">THIẾT BỊ VÀ ĐỒ DÙNG HỌC TẬP </w:t>
            </w:r>
          </w:p>
        </w:tc>
      </w:tr>
      <w:tr w:rsidR="00F176F7" w:rsidRPr="00F176F7" w14:paraId="1692F03C" w14:textId="77777777" w:rsidTr="00357198">
        <w:trPr>
          <w:trHeight w:val="58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14C3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5CFA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Máy chiếu/Smart Tivi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9805" w14:textId="249B72C9" w:rsidR="00F176F7" w:rsidRPr="00352B8D" w:rsidRDefault="00ED72D9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D04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chiếc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2E09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52BFC0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55, 65,75  inch</w:t>
            </w:r>
          </w:p>
        </w:tc>
      </w:tr>
      <w:tr w:rsidR="00F176F7" w:rsidRPr="00F176F7" w14:paraId="3997CED6" w14:textId="77777777" w:rsidTr="00357198">
        <w:trPr>
          <w:trHeight w:val="66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EC37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6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B938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Máy tính giảng dạy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7EDF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0FA6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chiếc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1698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267D0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8 laptop, 2 máy tính bảng </w:t>
            </w:r>
          </w:p>
        </w:tc>
      </w:tr>
      <w:tr w:rsidR="00F176F7" w:rsidRPr="00F176F7" w14:paraId="6700ECA4" w14:textId="77777777" w:rsidTr="00357198">
        <w:trPr>
          <w:trHeight w:val="40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B84B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7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D2D7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Điện thoại thông minh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416C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925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chiếc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FA97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2E42F8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730E0116" w14:textId="77777777" w:rsidTr="00357198">
        <w:trPr>
          <w:trHeight w:val="40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472A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EC34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Wifi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477B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0330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chiếc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298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83A2E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2BF1509A" w14:textId="77777777" w:rsidTr="00357198">
        <w:trPr>
          <w:trHeight w:val="64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2191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92D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Bàn ghế học viên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044C" w14:textId="14F00CD7" w:rsidR="00F176F7" w:rsidRPr="00352B8D" w:rsidRDefault="00ED72D9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B38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bộ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D6D3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Tốt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0035C1B" w14:textId="25D517F8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Bàn</w:t>
            </w:r>
            <w:r w:rsidR="00ED72D9">
              <w:rPr>
                <w:rFonts w:eastAsia="Times New Roman" w:cs="Times New Roman"/>
                <w:szCs w:val="26"/>
              </w:rPr>
              <w:t xml:space="preserve"> ghế</w:t>
            </w:r>
          </w:p>
        </w:tc>
      </w:tr>
      <w:tr w:rsidR="00F176F7" w:rsidRPr="00F176F7" w14:paraId="3B12A52D" w14:textId="77777777" w:rsidTr="00357198">
        <w:trPr>
          <w:trHeight w:val="42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E0C9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11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6BB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Bàn họp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2102" w14:textId="61782B55" w:rsidR="00F176F7" w:rsidRPr="00352B8D" w:rsidRDefault="004F4985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FA0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CAF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D65F4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2B347063" w14:textId="77777777" w:rsidTr="00357198">
        <w:trPr>
          <w:trHeight w:val="42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7C86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12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096F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Ghế phòng họp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9840" w14:textId="7174766C" w:rsidR="00F176F7" w:rsidRPr="00352B8D" w:rsidRDefault="004F4985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C08A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608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63C2C9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1A02A0F2" w14:textId="77777777" w:rsidTr="00357198">
        <w:trPr>
          <w:trHeight w:val="42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94EF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lastRenderedPageBreak/>
              <w:t>15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5F02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Bàn, ghế giáo viên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7C75" w14:textId="3C5E2B9A" w:rsidR="00F176F7" w:rsidRPr="00352B8D" w:rsidRDefault="00ED72D9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7F34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bộ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BA8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01395F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053076F6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1690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16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8A6B" w14:textId="36289B24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Bảng viết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31AC" w14:textId="4BB33C99" w:rsidR="00F176F7" w:rsidRPr="00352B8D" w:rsidRDefault="00ED72D9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3E44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AC0A" w14:textId="77777777" w:rsidR="00F176F7" w:rsidRPr="00352B8D" w:rsidRDefault="005450AE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>ốt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C5E6B5" w14:textId="11E7EA5B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bảng trắng </w:t>
            </w:r>
            <w:r w:rsidR="004F4985">
              <w:rPr>
                <w:rFonts w:eastAsia="Times New Roman" w:cs="Times New Roman"/>
                <w:szCs w:val="26"/>
              </w:rPr>
              <w:t>, xanh</w:t>
            </w:r>
          </w:p>
        </w:tc>
      </w:tr>
      <w:tr w:rsidR="00F176F7" w:rsidRPr="00F176F7" w14:paraId="4D2B3FF2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809A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17</w:t>
            </w:r>
          </w:p>
        </w:tc>
        <w:tc>
          <w:tcPr>
            <w:tcW w:w="3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677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Điều hòa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148E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65E0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177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1B523C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519EF20A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040E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18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3818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Tủ đựng tài liệu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D49A" w14:textId="629E0020" w:rsidR="00F176F7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D04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977F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D8E391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43FE9B45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4498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19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68B1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Bình lọc nước nóng, lạnh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103C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C802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B217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1BE137F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3981C4E5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7F62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20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99D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Máy in màu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5CCC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C9B6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2F85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6FEA71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204C2443" w14:textId="77777777" w:rsidTr="005362CB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68D9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21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16A3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máy photocopy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41D5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6151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chiếc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5192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510C27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64C853FA" w14:textId="77777777" w:rsidTr="005362CB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DDA3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23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94D9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Kệ để cặp sách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327C" w14:textId="29795DF3" w:rsidR="00F176F7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6D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chiếc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08D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63B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657773EB" w14:textId="77777777" w:rsidTr="005362CB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3B1D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26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9E4D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Chân quay video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D6D9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2BCF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6A08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99D5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1DBC0CEF" w14:textId="77777777" w:rsidTr="00357198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DBCF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27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5B15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Đồ dùng học tập cho học sinh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0806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AE64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bộ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EE80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7A5283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24A38169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0025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28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64A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Quạt trần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4DDD" w14:textId="2D79B3E8" w:rsidR="00F176F7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18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EB47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F463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tốt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A73B87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4A53C2AF" w14:textId="77777777" w:rsidTr="00357198">
        <w:trPr>
          <w:trHeight w:val="4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6B0B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29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4CED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Quạt cây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853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251B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4531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F62E1C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 </w:t>
            </w:r>
          </w:p>
        </w:tc>
      </w:tr>
      <w:tr w:rsidR="00F176F7" w:rsidRPr="00F176F7" w14:paraId="6BBB18F5" w14:textId="77777777" w:rsidTr="00357198">
        <w:trPr>
          <w:trHeight w:val="58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9D9A" w14:textId="77777777" w:rsidR="00F176F7" w:rsidRPr="00352B8D" w:rsidRDefault="00F176F7" w:rsidP="00D07F29">
            <w:pPr>
              <w:spacing w:after="0" w:line="240" w:lineRule="auto"/>
              <w:jc w:val="right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30</w:t>
            </w:r>
          </w:p>
        </w:tc>
        <w:tc>
          <w:tcPr>
            <w:tcW w:w="3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D13F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đèn chiếu sáng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2F7B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20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7A78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1FF0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tốt 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ED2BED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tuýp, đèn cao áp </w:t>
            </w:r>
          </w:p>
        </w:tc>
      </w:tr>
      <w:tr w:rsidR="00F176F7" w:rsidRPr="00F176F7" w14:paraId="7A53E85D" w14:textId="77777777" w:rsidTr="00D07F29">
        <w:trPr>
          <w:trHeight w:val="585"/>
        </w:trPr>
        <w:tc>
          <w:tcPr>
            <w:tcW w:w="9720" w:type="dxa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3B96492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 xml:space="preserve">THIẾT BỊ PHÒNG CHÁY  </w:t>
            </w:r>
          </w:p>
        </w:tc>
      </w:tr>
      <w:tr w:rsidR="00DB18FB" w:rsidRPr="00F176F7" w14:paraId="10870361" w14:textId="77777777" w:rsidTr="00357198">
        <w:trPr>
          <w:trHeight w:val="58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21E3" w14:textId="77777777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31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EBCBD" w14:textId="77777777" w:rsidR="00DB18FB" w:rsidRPr="00352B8D" w:rsidRDefault="00DB18FB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Hồ sơ phòng cháy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45C7" w14:textId="77777777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09D61" w14:textId="77777777" w:rsidR="00DB18FB" w:rsidRPr="00352B8D" w:rsidRDefault="00DB18FB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bộ </w:t>
            </w:r>
          </w:p>
        </w:tc>
        <w:tc>
          <w:tcPr>
            <w:tcW w:w="3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91C9727" w14:textId="77777777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 </w:t>
            </w:r>
          </w:p>
          <w:p w14:paraId="52FB5F62" w14:textId="3C30042A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 </w:t>
            </w:r>
          </w:p>
        </w:tc>
      </w:tr>
      <w:tr w:rsidR="00F176F7" w:rsidRPr="00F176F7" w14:paraId="59053C97" w14:textId="77777777" w:rsidTr="00357198">
        <w:trPr>
          <w:trHeight w:val="720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4C5F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32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13B1D3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Chứng chỉ phòng cháy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D946" w14:textId="618B6717" w:rsidR="00F176F7" w:rsidRPr="00352B8D" w:rsidRDefault="004F4985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>
              <w:rPr>
                <w:rFonts w:eastAsia="Times New Roman" w:cs="Times New Roman"/>
                <w:b/>
                <w:bCs/>
                <w:szCs w:val="26"/>
              </w:rPr>
              <w:t>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31224E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4FDD5F0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có giá trị đến  2030</w:t>
            </w:r>
          </w:p>
        </w:tc>
      </w:tr>
      <w:tr w:rsidR="00F176F7" w:rsidRPr="00F176F7" w14:paraId="720B87B5" w14:textId="77777777" w:rsidTr="00357198">
        <w:trPr>
          <w:trHeight w:val="73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55FB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33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951F4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Bình chữa cháy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DA55" w14:textId="38A3C9DC" w:rsidR="00F176F7" w:rsidRPr="00352B8D" w:rsidRDefault="004F4985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>
              <w:rPr>
                <w:rFonts w:eastAsia="Times New Roman" w:cs="Times New Roman"/>
                <w:b/>
                <w:bCs/>
                <w:szCs w:val="26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A99670" w14:textId="77777777" w:rsidR="00F176F7" w:rsidRPr="00352B8D" w:rsidRDefault="00F176F7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cái 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FFD434C" w14:textId="77777777" w:rsidR="00F176F7" w:rsidRPr="00352B8D" w:rsidRDefault="00F176F7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Hạn dùng đến 2027,2030</w:t>
            </w:r>
          </w:p>
        </w:tc>
      </w:tr>
      <w:tr w:rsidR="00DB18FB" w:rsidRPr="00F176F7" w14:paraId="13CA02FD" w14:textId="77777777" w:rsidTr="00357198">
        <w:trPr>
          <w:trHeight w:val="58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276F" w14:textId="77777777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>34</w:t>
            </w: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8FB0C1" w14:textId="2C480A02" w:rsidR="00DB18FB" w:rsidRPr="00352B8D" w:rsidRDefault="00DB18FB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Tiêu </w:t>
            </w:r>
            <w:r>
              <w:rPr>
                <w:rFonts w:eastAsia="Times New Roman" w:cs="Times New Roman"/>
                <w:szCs w:val="26"/>
              </w:rPr>
              <w:t>lệnh</w:t>
            </w:r>
            <w:r w:rsidRPr="00352B8D">
              <w:rPr>
                <w:rFonts w:eastAsia="Times New Roman" w:cs="Times New Roman"/>
                <w:szCs w:val="26"/>
              </w:rPr>
              <w:t xml:space="preserve"> chữa cháy 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B761" w14:textId="40F35A4E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>
              <w:rPr>
                <w:rFonts w:eastAsia="Times New Roman" w:cs="Times New Roman"/>
                <w:b/>
                <w:bCs/>
                <w:szCs w:val="26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93C0DC" w14:textId="77777777" w:rsidR="00DB18FB" w:rsidRPr="00352B8D" w:rsidRDefault="00DB18FB" w:rsidP="00D07F29">
            <w:pPr>
              <w:spacing w:after="0" w:line="240" w:lineRule="auto"/>
              <w:rPr>
                <w:rFonts w:eastAsia="Times New Roman" w:cs="Times New Roman"/>
                <w:szCs w:val="26"/>
              </w:rPr>
            </w:pPr>
            <w:r w:rsidRPr="00352B8D">
              <w:rPr>
                <w:rFonts w:eastAsia="Times New Roman" w:cs="Times New Roman"/>
                <w:szCs w:val="26"/>
              </w:rPr>
              <w:t xml:space="preserve">bộ </w:t>
            </w:r>
          </w:p>
        </w:tc>
        <w:tc>
          <w:tcPr>
            <w:tcW w:w="3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301A6A" w14:textId="3C9732F5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t</w:t>
            </w:r>
            <w:r w:rsidRPr="00352B8D">
              <w:rPr>
                <w:rFonts w:eastAsia="Times New Roman" w:cs="Times New Roman"/>
                <w:szCs w:val="26"/>
              </w:rPr>
              <w:t xml:space="preserve">ốt </w:t>
            </w:r>
          </w:p>
          <w:p w14:paraId="3F895D38" w14:textId="26FFD236" w:rsidR="00DB18FB" w:rsidRPr="00352B8D" w:rsidRDefault="00DB18FB" w:rsidP="00D07F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</w:rPr>
            </w:pPr>
            <w:r w:rsidRPr="00352B8D">
              <w:rPr>
                <w:rFonts w:eastAsia="Times New Roman" w:cs="Times New Roman"/>
                <w:b/>
                <w:bCs/>
                <w:szCs w:val="26"/>
              </w:rPr>
              <w:t> </w:t>
            </w:r>
          </w:p>
        </w:tc>
      </w:tr>
    </w:tbl>
    <w:p w14:paraId="5F497691" w14:textId="77777777" w:rsidR="00F176F7" w:rsidRPr="00F176F7" w:rsidRDefault="00F176F7" w:rsidP="00F176F7">
      <w:pPr>
        <w:pStyle w:val="Heading2"/>
        <w:rPr>
          <w:rFonts w:ascii="Times New Roman" w:hAnsi="Times New Roman" w:cs="Times New Roman"/>
          <w:color w:val="auto"/>
        </w:rPr>
      </w:pPr>
      <w:r w:rsidRPr="00F176F7">
        <w:rPr>
          <w:rFonts w:ascii="Times New Roman" w:hAnsi="Times New Roman" w:cs="Times New Roman"/>
          <w:color w:val="auto"/>
        </w:rPr>
        <w:t>III. KẾT LUẬN</w:t>
      </w:r>
    </w:p>
    <w:p w14:paraId="20567703" w14:textId="77777777" w:rsidR="00F176F7" w:rsidRPr="00F176F7" w:rsidRDefault="00F176F7" w:rsidP="00F176F7">
      <w:pPr>
        <w:rPr>
          <w:rFonts w:cs="Times New Roman"/>
          <w:szCs w:val="26"/>
        </w:rPr>
      </w:pPr>
      <w:r w:rsidRPr="00F176F7">
        <w:rPr>
          <w:rFonts w:cs="Times New Roman"/>
          <w:szCs w:val="26"/>
        </w:rPr>
        <w:t>- Cơ sở vật chất và trang thiết bị của trung tâm cơ bản đầy đủ, đáp ứng yêu cầu giảng dạy và học tập.</w:t>
      </w:r>
    </w:p>
    <w:p w14:paraId="30207BDE" w14:textId="77777777" w:rsidR="00F176F7" w:rsidRPr="00F176F7" w:rsidRDefault="005450AE" w:rsidP="00F176F7">
      <w:pPr>
        <w:rPr>
          <w:rFonts w:cs="Times New Roman"/>
          <w:szCs w:val="26"/>
        </w:rPr>
      </w:pPr>
      <w:r>
        <w:rPr>
          <w:rFonts w:cs="Times New Roman"/>
          <w:szCs w:val="26"/>
        </w:rPr>
        <w:t>- Không có</w:t>
      </w:r>
      <w:r w:rsidR="00F176F7" w:rsidRPr="00F176F7">
        <w:rPr>
          <w:rFonts w:cs="Times New Roman"/>
          <w:szCs w:val="26"/>
        </w:rPr>
        <w:t xml:space="preserve"> hạng mục cần bả</w:t>
      </w:r>
      <w:r>
        <w:rPr>
          <w:rFonts w:cs="Times New Roman"/>
          <w:szCs w:val="26"/>
        </w:rPr>
        <w:t xml:space="preserve">o trì. </w:t>
      </w:r>
    </w:p>
    <w:p w14:paraId="693CBBF4" w14:textId="77777777" w:rsidR="00F176F7" w:rsidRPr="00F176F7" w:rsidRDefault="00F176F7" w:rsidP="00F176F7">
      <w:pPr>
        <w:pStyle w:val="Heading2"/>
        <w:rPr>
          <w:rFonts w:ascii="Times New Roman" w:hAnsi="Times New Roman" w:cs="Times New Roman"/>
          <w:color w:val="auto"/>
        </w:rPr>
      </w:pPr>
      <w:r w:rsidRPr="00F176F7">
        <w:rPr>
          <w:rFonts w:ascii="Times New Roman" w:hAnsi="Times New Roman" w:cs="Times New Roman"/>
          <w:color w:val="auto"/>
        </w:rPr>
        <w:t>IV. CHỮ KÝ XÁC NHẬN</w:t>
      </w:r>
    </w:p>
    <w:p w14:paraId="5A036458" w14:textId="77777777" w:rsidR="00F176F7" w:rsidRPr="00F176F7" w:rsidRDefault="00F176F7" w:rsidP="00F176F7">
      <w:pPr>
        <w:rPr>
          <w:rFonts w:cs="Times New Roman"/>
          <w:b/>
          <w:szCs w:val="26"/>
        </w:rPr>
      </w:pPr>
      <w:r w:rsidRPr="00F176F7">
        <w:rPr>
          <w:rFonts w:cs="Times New Roman"/>
          <w:szCs w:val="26"/>
        </w:rPr>
        <w:br/>
      </w:r>
      <w:r w:rsidRPr="00F176F7">
        <w:rPr>
          <w:rFonts w:cs="Times New Roman"/>
          <w:b/>
          <w:szCs w:val="26"/>
        </w:rPr>
        <w:t>ĐẠI DIỆN BAN KIỂM KÊ</w:t>
      </w:r>
      <w:r w:rsidRPr="00F176F7">
        <w:rPr>
          <w:rFonts w:cs="Times New Roman"/>
          <w:b/>
          <w:szCs w:val="26"/>
        </w:rPr>
        <w:tab/>
      </w:r>
      <w:r w:rsidRPr="00F176F7">
        <w:rPr>
          <w:rFonts w:cs="Times New Roman"/>
          <w:b/>
          <w:szCs w:val="26"/>
        </w:rPr>
        <w:tab/>
      </w:r>
      <w:r w:rsidRPr="00F176F7">
        <w:rPr>
          <w:rFonts w:cs="Times New Roman"/>
          <w:b/>
          <w:szCs w:val="26"/>
        </w:rPr>
        <w:tab/>
      </w:r>
      <w:r w:rsidRPr="00F176F7">
        <w:rPr>
          <w:rFonts w:cs="Times New Roman"/>
          <w:b/>
          <w:szCs w:val="26"/>
        </w:rPr>
        <w:tab/>
        <w:t xml:space="preserve">GIÁM ĐỐC TRUNG TÂM    </w:t>
      </w:r>
    </w:p>
    <w:p w14:paraId="4F2D629A" w14:textId="77777777" w:rsidR="003337B7" w:rsidRPr="00F176F7" w:rsidRDefault="003337B7" w:rsidP="00F176F7">
      <w:pPr>
        <w:jc w:val="center"/>
        <w:rPr>
          <w:rFonts w:cs="Times New Roman"/>
          <w:szCs w:val="26"/>
        </w:rPr>
      </w:pPr>
    </w:p>
    <w:sectPr w:rsidR="003337B7" w:rsidRPr="00F176F7" w:rsidSect="008F7EDA">
      <w:pgSz w:w="12240" w:h="15840"/>
      <w:pgMar w:top="1134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9C3"/>
    <w:rsid w:val="0006063C"/>
    <w:rsid w:val="0015074B"/>
    <w:rsid w:val="001B61A7"/>
    <w:rsid w:val="0027309E"/>
    <w:rsid w:val="0029639D"/>
    <w:rsid w:val="002B21E4"/>
    <w:rsid w:val="00326F90"/>
    <w:rsid w:val="003337B7"/>
    <w:rsid w:val="00357198"/>
    <w:rsid w:val="0036238E"/>
    <w:rsid w:val="00371C25"/>
    <w:rsid w:val="004F4985"/>
    <w:rsid w:val="005049E0"/>
    <w:rsid w:val="005362CB"/>
    <w:rsid w:val="005450AE"/>
    <w:rsid w:val="007C5191"/>
    <w:rsid w:val="008F7EDA"/>
    <w:rsid w:val="00987F5A"/>
    <w:rsid w:val="00AA1D8D"/>
    <w:rsid w:val="00AD7108"/>
    <w:rsid w:val="00B47730"/>
    <w:rsid w:val="00CB0664"/>
    <w:rsid w:val="00DB18FB"/>
    <w:rsid w:val="00E03F11"/>
    <w:rsid w:val="00E21D31"/>
    <w:rsid w:val="00ED72D9"/>
    <w:rsid w:val="00F176F7"/>
    <w:rsid w:val="00F22A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088221"/>
  <w14:defaultImageDpi w14:val="300"/>
  <w15:docId w15:val="{C8B689D6-51D0-4F2A-9B57-466EC739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8A7AFB-26D0-423B-AB07-66E1B492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14</cp:revision>
  <dcterms:created xsi:type="dcterms:W3CDTF">2025-08-23T00:57:00Z</dcterms:created>
  <dcterms:modified xsi:type="dcterms:W3CDTF">2026-02-28T07:57:00Z</dcterms:modified>
  <cp:category/>
</cp:coreProperties>
</file>